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F8F1"/>
  <w:body>
    <w:p w14:paraId="60E4AFBC" w14:textId="77777777" w:rsidR="000B53C5" w:rsidRPr="000B53C5" w:rsidRDefault="008E358A">
      <w:pPr>
        <w:keepNext/>
        <w:spacing w:before="320" w:after="100"/>
        <w:rPr>
          <w:sz w:val="36"/>
          <w:szCs w:val="36"/>
          <w:lang w:val="de-DE"/>
        </w:rPr>
      </w:pPr>
      <w:r w:rsidRPr="00B85CBE">
        <w:rPr>
          <w:b/>
          <w:color w:val="9A7B2F"/>
          <w:sz w:val="19"/>
          <w:lang w:val="de-DE"/>
        </w:rPr>
        <w:t>AUSTAUSCH- UND INFORMATIONSVERANSTALTUNG</w:t>
      </w:r>
    </w:p>
    <w:p w14:paraId="40369C22" w14:textId="77777777" w:rsidR="00C5027E" w:rsidRPr="000B53C5" w:rsidRDefault="000B53C5">
      <w:pPr>
        <w:keepNext/>
        <w:spacing w:after="60" w:line="240" w:lineRule="auto"/>
        <w:rPr>
          <w:sz w:val="36"/>
          <w:szCs w:val="36"/>
          <w:lang w:val="de-DE"/>
        </w:rPr>
      </w:pPr>
      <w:r w:rsidRPr="00B85CBE">
        <w:rPr>
          <w:b/>
          <w:color w:val="0B4A88"/>
          <w:sz w:val="48"/>
          <w:lang w:val="de-DE"/>
        </w:rPr>
        <w:t>Fragen an das Präsidium</w:t>
      </w:r>
    </w:p>
    <w:p w14:paraId="0A10A038" w14:textId="77777777" w:rsidR="00C5027E" w:rsidRPr="000B53C5" w:rsidRDefault="00C5027E">
      <w:pPr>
        <w:keepNext/>
        <w:spacing w:after="140"/>
        <w:rPr>
          <w:lang w:val="de-DE"/>
        </w:rPr>
      </w:pPr>
      <w:r w:rsidRPr="00B85CBE">
        <w:rPr>
          <w:color w:val="3C5268"/>
          <w:sz w:val="28"/>
          <w:lang w:val="de-DE"/>
        </w:rPr>
        <w:t>zur Austausch- und Informationsveranstaltung</w:t>
      </w:r>
    </w:p>
    <w:p w14:paraId="3ADF2BFB" w14:textId="642E0193" w:rsidR="00C5027E" w:rsidRPr="00B85CBE" w:rsidRDefault="00C5027E">
      <w:pPr>
        <w:pBdr>
          <w:bottom w:val="single" w:sz="10" w:space="10" w:color="C7A44A"/>
        </w:pBdr>
        <w:spacing w:after="260"/>
        <w:rPr>
          <w:color w:val="0B4A88"/>
          <w:sz w:val="23"/>
          <w:szCs w:val="23"/>
          <w:lang w:val="de-DE"/>
        </w:rPr>
      </w:pPr>
      <w:r w:rsidRPr="00B85CBE">
        <w:rPr>
          <w:b/>
          <w:color w:val="0B4A88"/>
          <w:sz w:val="23"/>
          <w:lang w:val="de-DE"/>
        </w:rPr>
        <w:t xml:space="preserve">3. Oktober </w:t>
      </w:r>
      <w:proofErr w:type="gramStart"/>
      <w:r w:rsidRPr="00B85CBE">
        <w:rPr>
          <w:b/>
          <w:color w:val="0B4A88"/>
          <w:sz w:val="23"/>
          <w:lang w:val="de-DE"/>
        </w:rPr>
        <w:t>2026  |</w:t>
      </w:r>
      <w:proofErr w:type="gramEnd"/>
      <w:r w:rsidRPr="00B85CBE">
        <w:rPr>
          <w:b/>
          <w:color w:val="0B4A88"/>
          <w:sz w:val="23"/>
          <w:lang w:val="de-DE"/>
        </w:rPr>
        <w:t xml:space="preserve">  10:00 Uhr</w:t>
      </w:r>
      <w:r w:rsidR="00B85CBE" w:rsidRPr="00B85CBE">
        <w:rPr>
          <w:b/>
          <w:color w:val="0B4A88"/>
          <w:sz w:val="23"/>
          <w:lang w:val="de-DE"/>
        </w:rPr>
        <w:t xml:space="preserve"> </w:t>
      </w:r>
      <w:r w:rsidR="00B85CBE">
        <w:rPr>
          <w:b/>
          <w:color w:val="0B4A88"/>
          <w:sz w:val="23"/>
          <w:lang w:val="de-DE"/>
        </w:rPr>
        <w:t xml:space="preserve"> (MEZ) | </w:t>
      </w:r>
      <w:r w:rsidR="00B85CBE" w:rsidRPr="00B85CBE">
        <w:rPr>
          <w:b/>
          <w:color w:val="0B4A88"/>
          <w:sz w:val="23"/>
          <w:szCs w:val="23"/>
          <w:lang w:val="de-DE"/>
        </w:rPr>
        <w:t>17:00 Uhr (</w:t>
      </w:r>
      <w:proofErr w:type="spellStart"/>
      <w:r w:rsidR="00B85CBE" w:rsidRPr="00B85CBE">
        <w:rPr>
          <w:b/>
          <w:color w:val="0B4A88"/>
          <w:sz w:val="23"/>
          <w:szCs w:val="23"/>
          <w:lang w:val="de-DE"/>
        </w:rPr>
        <w:t>JST</w:t>
      </w:r>
      <w:proofErr w:type="spellEnd"/>
      <w:r w:rsidR="00B85CBE" w:rsidRPr="00B85CBE">
        <w:rPr>
          <w:b/>
          <w:color w:val="0B4A88"/>
          <w:sz w:val="23"/>
          <w:szCs w:val="23"/>
          <w:lang w:val="de-DE"/>
        </w:rPr>
        <w:t>, Japan)</w:t>
      </w:r>
    </w:p>
    <w:p w14:paraId="1EA71966" w14:textId="77777777" w:rsidR="00496FBD" w:rsidRDefault="00000000">
      <w:pPr>
        <w:spacing w:before="140" w:after="100"/>
      </w:pPr>
      <w:proofErr w:type="spellStart"/>
      <w:r>
        <w:rPr>
          <w:b/>
          <w:color w:val="0B4A88"/>
          <w:sz w:val="26"/>
        </w:rPr>
        <w:t>Absender</w:t>
      </w:r>
      <w:proofErr w:type="spellEnd"/>
      <w:r>
        <w:rPr>
          <w:b/>
          <w:color w:val="0B4A88"/>
          <w:sz w:val="26"/>
        </w:rPr>
        <w:t>/in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96FBD" w14:paraId="7C0172D7" w14:textId="77777777">
        <w:tc>
          <w:tcPr>
            <w:tcW w:w="9360" w:type="dxa"/>
            <w:tcBorders>
              <w:top w:val="single" w:sz="8" w:space="0" w:color="C7A44A"/>
              <w:left w:val="single" w:sz="8" w:space="0" w:color="C7A44A"/>
              <w:bottom w:val="single" w:sz="8" w:space="0" w:color="C7A44A"/>
              <w:right w:val="single" w:sz="8" w:space="0" w:color="C7A44A"/>
            </w:tcBorders>
            <w:shd w:val="clear" w:color="auto" w:fill="FBF8F1"/>
            <w:tcMar>
              <w:top w:w="150" w:type="dxa"/>
              <w:left w:w="180" w:type="dxa"/>
              <w:bottom w:w="150" w:type="dxa"/>
              <w:right w:w="180" w:type="dxa"/>
            </w:tcMar>
            <w:vAlign w:val="center"/>
          </w:tcPr>
          <w:p w14:paraId="0B861009" w14:textId="77777777" w:rsidR="00496FBD" w:rsidRDefault="00000000">
            <w:pPr>
              <w:spacing w:after="100"/>
            </w:pPr>
            <w:r>
              <w:rPr>
                <w:b/>
                <w:color w:val="856C2D"/>
                <w:sz w:val="21"/>
              </w:rPr>
              <w:t xml:space="preserve">Vor- und Nachname: </w:t>
            </w:r>
            <w:r>
              <w:rPr>
                <w:color w:val="0B4A88"/>
                <w:sz w:val="21"/>
              </w:rPr>
              <w:t>____________________________________________________________</w:t>
            </w:r>
          </w:p>
          <w:p w14:paraId="3121E2AA" w14:textId="77777777" w:rsidR="00496FBD" w:rsidRDefault="00000000">
            <w:pPr>
              <w:spacing w:after="0"/>
            </w:pPr>
            <w:r>
              <w:rPr>
                <w:b/>
                <w:color w:val="856C2D"/>
                <w:sz w:val="21"/>
              </w:rPr>
              <w:t xml:space="preserve">Chapter: </w:t>
            </w:r>
            <w:r>
              <w:rPr>
                <w:color w:val="0B4A88"/>
                <w:sz w:val="21"/>
              </w:rPr>
              <w:t>____________________________________________________________________</w:t>
            </w:r>
          </w:p>
        </w:tc>
      </w:tr>
    </w:tbl>
    <w:p w14:paraId="5E9F8F33" w14:textId="77777777" w:rsidR="00496FBD" w:rsidRDefault="00000000">
      <w:pPr>
        <w:spacing w:before="280" w:after="80"/>
      </w:pPr>
      <w:r>
        <w:rPr>
          <w:b/>
          <w:color w:val="0B4A88"/>
          <w:sz w:val="28"/>
        </w:rPr>
        <w:t>Fragen an das Präsidium</w:t>
      </w:r>
    </w:p>
    <w:p w14:paraId="2A45835A" w14:textId="77777777" w:rsidR="00496FBD" w:rsidRPr="00B85CBE" w:rsidRDefault="00000000">
      <w:pPr>
        <w:spacing w:after="140"/>
        <w:rPr>
          <w:lang w:val="de-DE"/>
        </w:rPr>
      </w:pPr>
      <w:r w:rsidRPr="00B85CBE">
        <w:rPr>
          <w:color w:val="333333"/>
          <w:sz w:val="21"/>
          <w:lang w:val="de-DE"/>
        </w:rPr>
        <w:t>Bitte tragen Sie hier Ihre Frage oder mehrere Fragen ein, die Sie vorab zur Veranstaltung einreichen möchten.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496FBD" w14:paraId="01724C20" w14:textId="77777777">
        <w:tc>
          <w:tcPr>
            <w:tcW w:w="9360" w:type="dxa"/>
            <w:tcBorders>
              <w:top w:val="single" w:sz="10" w:space="0" w:color="C7A44A"/>
              <w:left w:val="single" w:sz="10" w:space="0" w:color="C7A44A"/>
              <w:bottom w:val="single" w:sz="10" w:space="0" w:color="C7A44A"/>
              <w:right w:val="single" w:sz="10" w:space="0" w:color="C7A44A"/>
            </w:tcBorders>
            <w:tcMar>
              <w:top w:w="130" w:type="dxa"/>
              <w:left w:w="180" w:type="dxa"/>
              <w:bottom w:w="150" w:type="dxa"/>
              <w:right w:w="180" w:type="dxa"/>
            </w:tcMar>
          </w:tcPr>
          <w:p w14:paraId="47CCD5C8" w14:textId="77777777" w:rsidR="00496FBD" w:rsidRDefault="00000000">
            <w:pPr>
              <w:spacing w:after="160"/>
            </w:pPr>
            <w:proofErr w:type="spellStart"/>
            <w:r>
              <w:rPr>
                <w:b/>
                <w:color w:val="0B4A88"/>
                <w:sz w:val="21"/>
              </w:rPr>
              <w:t>Ihre</w:t>
            </w:r>
            <w:proofErr w:type="spellEnd"/>
            <w:r>
              <w:rPr>
                <w:b/>
                <w:color w:val="0B4A88"/>
                <w:sz w:val="21"/>
              </w:rPr>
              <w:t xml:space="preserve"> Frage(n):</w:t>
            </w:r>
          </w:p>
          <w:tbl>
            <w:tblPr>
              <w:tblW w:w="8640" w:type="dxa"/>
              <w:tblLayout w:type="fixed"/>
              <w:tblLook w:val="04A0" w:firstRow="1" w:lastRow="0" w:firstColumn="1" w:lastColumn="0" w:noHBand="0" w:noVBand="1"/>
            </w:tblPr>
            <w:tblGrid>
              <w:gridCol w:w="8640"/>
            </w:tblGrid>
            <w:tr w:rsidR="00496FBD" w14:paraId="5A1F1319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323B71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  <w:tr w:rsidR="00496FBD" w14:paraId="4AA9AA93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2C96FF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  <w:tr w:rsidR="00496FBD" w14:paraId="5B5099A9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019F7E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  <w:tr w:rsidR="00496FBD" w14:paraId="7EF031AB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23D005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  <w:tr w:rsidR="00496FBD" w14:paraId="42EC8C28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AE75DD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  <w:tr w:rsidR="00496FBD" w14:paraId="5FA9573A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C9B174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  <w:tr w:rsidR="00496FBD" w14:paraId="2FB4C18D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842CB9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  <w:tr w:rsidR="00496FBD" w14:paraId="638E6379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71F9F1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  <w:tr w:rsidR="00496FBD" w14:paraId="368E4267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8AF963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  <w:tr w:rsidR="00496FBD" w14:paraId="3EF2EB6E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96316D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  <w:tr w:rsidR="00496FBD" w14:paraId="661B8BA1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3EA3B8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  <w:tr w:rsidR="00496FBD" w14:paraId="2DA67D60" w14:textId="77777777">
              <w:trPr>
                <w:trHeight w:val="490"/>
              </w:trPr>
              <w:tc>
                <w:tcPr>
                  <w:tcW w:w="8640" w:type="dxa"/>
                  <w:tcBorders>
                    <w:top w:val="nil"/>
                    <w:left w:val="nil"/>
                    <w:bottom w:val="single" w:sz="4" w:space="0" w:color="B5B8BC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C88BC2" w14:textId="77777777" w:rsidR="00496FBD" w:rsidRDefault="00000000">
                  <w:pPr>
                    <w:spacing w:after="0" w:line="240" w:lineRule="auto"/>
                  </w:pPr>
                  <w:r>
                    <w:rPr>
                      <w:color w:val="FFFFFF"/>
                      <w:sz w:val="18"/>
                    </w:rPr>
                    <w:t xml:space="preserve"> </w:t>
                  </w:r>
                </w:p>
              </w:tc>
            </w:tr>
          </w:tbl>
          <w:p w14:paraId="672494EE" w14:textId="77777777" w:rsidR="00496FBD" w:rsidRDefault="00496FBD"/>
        </w:tc>
      </w:tr>
    </w:tbl>
    <w:p w14:paraId="18DF1D0D" w14:textId="77777777" w:rsidR="00496FBD" w:rsidRDefault="00000000">
      <w:pPr>
        <w:spacing w:before="240" w:after="80"/>
      </w:pPr>
      <w:r>
        <w:rPr>
          <w:b/>
          <w:color w:val="0B4A88"/>
          <w:sz w:val="23"/>
        </w:rPr>
        <w:t>Übermittlung</w:t>
      </w:r>
    </w:p>
    <w:p w14:paraId="426A42C2" w14:textId="77777777" w:rsidR="00496FBD" w:rsidRPr="00B85CBE" w:rsidRDefault="00000000">
      <w:pPr>
        <w:spacing w:after="0"/>
        <w:rPr>
          <w:lang w:val="de-DE"/>
        </w:rPr>
      </w:pPr>
      <w:r w:rsidRPr="00B85CBE">
        <w:rPr>
          <w:color w:val="333333"/>
          <w:sz w:val="21"/>
          <w:lang w:val="de-DE"/>
        </w:rPr>
        <w:t xml:space="preserve">Bitte senden Sie das ausgefüllte Formular per E-Mail an </w:t>
      </w:r>
      <w:r w:rsidRPr="00B85CBE">
        <w:rPr>
          <w:b/>
          <w:color w:val="0B4A88"/>
          <w:sz w:val="21"/>
          <w:lang w:val="de-DE"/>
        </w:rPr>
        <w:t>office@bci-club.com</w:t>
      </w:r>
    </w:p>
    <w:sectPr w:rsidR="00496FBD" w:rsidRPr="00B85CBE" w:rsidSect="0003461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531" w:right="1020" w:bottom="1247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60CE8" w14:textId="77777777" w:rsidR="00A1179E" w:rsidRDefault="00A1179E">
      <w:pPr>
        <w:spacing w:after="0" w:line="240" w:lineRule="auto"/>
      </w:pPr>
      <w:r>
        <w:separator/>
      </w:r>
    </w:p>
  </w:endnote>
  <w:endnote w:type="continuationSeparator" w:id="0">
    <w:p w14:paraId="5471CF9A" w14:textId="77777777" w:rsidR="00A1179E" w:rsidRDefault="00A11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D9D66" w14:textId="77777777" w:rsidR="00C5027E" w:rsidRDefault="00C5027E">
    <w:pPr>
      <w:pStyle w:val="Fuzeil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4649"/>
      <w:gridCol w:w="2948"/>
      <w:gridCol w:w="2268"/>
    </w:tblGrid>
    <w:tr w:rsidR="00C5027E" w14:paraId="179D7F1D" w14:textId="77777777">
      <w:tc>
        <w:tcPr>
          <w:tcW w:w="4649" w:type="dxa"/>
          <w:tcBorders>
            <w:top w:val="single" w:sz="6" w:space="0" w:color="CDBD98"/>
          </w:tcBorders>
          <w:tcMar>
            <w:top w:w="80" w:type="dxa"/>
            <w:left w:w="80" w:type="dxa"/>
            <w:bottom w:w="60" w:type="dxa"/>
            <w:right w:w="80" w:type="dxa"/>
          </w:tcMar>
        </w:tcPr>
        <w:p w14:paraId="28DC37BC" w14:textId="77777777" w:rsidR="00C5027E" w:rsidRDefault="00A5466E">
          <w:pPr>
            <w:spacing w:after="0"/>
          </w:pPr>
          <w:proofErr w:type="spellStart"/>
          <w:r>
            <w:rPr>
              <w:b/>
              <w:color w:val="073B7A"/>
              <w:sz w:val="15"/>
            </w:rPr>
            <w:t>BierConvent</w:t>
          </w:r>
          <w:proofErr w:type="spellEnd"/>
          <w:r>
            <w:rPr>
              <w:b/>
              <w:color w:val="073B7A"/>
              <w:sz w:val="15"/>
            </w:rPr>
            <w:t xml:space="preserve"> International </w:t>
          </w:r>
          <w:proofErr w:type="spellStart"/>
          <w:r>
            <w:rPr>
              <w:b/>
              <w:color w:val="073B7A"/>
              <w:sz w:val="15"/>
            </w:rPr>
            <w:t>e.V.</w:t>
          </w:r>
          <w:proofErr w:type="spellEnd"/>
        </w:p>
      </w:tc>
      <w:tc>
        <w:tcPr>
          <w:tcW w:w="2948" w:type="dxa"/>
          <w:tcBorders>
            <w:top w:val="single" w:sz="6" w:space="0" w:color="CDBD98"/>
          </w:tcBorders>
          <w:tcMar>
            <w:top w:w="80" w:type="dxa"/>
            <w:left w:w="80" w:type="dxa"/>
            <w:bottom w:w="60" w:type="dxa"/>
            <w:right w:w="80" w:type="dxa"/>
          </w:tcMar>
        </w:tcPr>
        <w:p w14:paraId="2352ED6F" w14:textId="77777777" w:rsidR="00C5027E" w:rsidRDefault="0079775E">
          <w:pPr>
            <w:spacing w:after="0"/>
            <w:jc w:val="center"/>
          </w:pPr>
          <w:r>
            <w:rPr>
              <w:color w:val="073B7A"/>
              <w:sz w:val="15"/>
            </w:rPr>
            <w:t xml:space="preserve">Version: </w:t>
          </w:r>
          <w:r w:rsidR="006A07DE">
            <w:rPr>
              <w:color w:val="073B7A"/>
              <w:sz w:val="15"/>
            </w:rPr>
            <w:t xml:space="preserve">September </w:t>
          </w:r>
          <w:r w:rsidR="000B53C5">
            <w:rPr>
              <w:color w:val="073B7A"/>
              <w:sz w:val="15"/>
            </w:rPr>
            <w:t>2026</w:t>
          </w:r>
        </w:p>
      </w:tc>
      <w:tc>
        <w:tcPr>
          <w:tcW w:w="2268" w:type="dxa"/>
          <w:tcBorders>
            <w:top w:val="single" w:sz="6" w:space="0" w:color="CDBD98"/>
          </w:tcBorders>
          <w:tcMar>
            <w:top w:w="80" w:type="dxa"/>
            <w:left w:w="80" w:type="dxa"/>
            <w:bottom w:w="60" w:type="dxa"/>
            <w:right w:w="80" w:type="dxa"/>
          </w:tcMar>
        </w:tcPr>
        <w:p w14:paraId="3F6B6F66" w14:textId="77777777" w:rsidR="00C5027E" w:rsidRDefault="0079775E">
          <w:pPr>
            <w:spacing w:after="0"/>
            <w:jc w:val="right"/>
          </w:pPr>
          <w:r>
            <w:rPr>
              <w:color w:val="073B7A"/>
              <w:sz w:val="15"/>
            </w:rPr>
            <w:t>Seite 1 von 1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97011" w14:textId="77777777" w:rsidR="00A1179E" w:rsidRDefault="00A1179E">
      <w:pPr>
        <w:spacing w:after="0" w:line="240" w:lineRule="auto"/>
      </w:pPr>
      <w:r>
        <w:separator/>
      </w:r>
    </w:p>
  </w:footnote>
  <w:footnote w:type="continuationSeparator" w:id="0">
    <w:p w14:paraId="719D5145" w14:textId="77777777" w:rsidR="00A1179E" w:rsidRDefault="00A11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DB579" w14:textId="77777777" w:rsidR="00A5466E" w:rsidRDefault="00A5466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F6A3C" w14:textId="77777777" w:rsidR="00C5027E" w:rsidRDefault="00C5027E">
    <w:pPr>
      <w:pStyle w:val="Kopfzeile"/>
    </w:pPr>
  </w:p>
  <w:tbl>
    <w:tblPr>
      <w:tblW w:w="11678" w:type="dxa"/>
      <w:jc w:val="center"/>
      <w:tblLayout w:type="fixed"/>
      <w:tblLook w:val="04A0" w:firstRow="1" w:lastRow="0" w:firstColumn="1" w:lastColumn="0" w:noHBand="0" w:noVBand="1"/>
    </w:tblPr>
    <w:tblGrid>
      <w:gridCol w:w="6803"/>
      <w:gridCol w:w="1814"/>
      <w:gridCol w:w="1814"/>
      <w:gridCol w:w="1247"/>
    </w:tblGrid>
    <w:tr w:rsidR="00B85CBE" w14:paraId="15256C28" w14:textId="77777777" w:rsidTr="00B85CBE">
      <w:trPr>
        <w:jc w:val="center"/>
      </w:trPr>
      <w:tc>
        <w:tcPr>
          <w:tcW w:w="6803" w:type="dxa"/>
          <w:tcBorders>
            <w:bottom w:val="single" w:sz="10" w:space="0" w:color="B99A43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48B6E77" w14:textId="7B47A91E" w:rsidR="00B85CBE" w:rsidRPr="000B53C5" w:rsidRDefault="00B85CBE" w:rsidP="00B85CBE">
          <w:pPr>
            <w:spacing w:after="20"/>
            <w:rPr>
              <w:sz w:val="40"/>
              <w:szCs w:val="40"/>
            </w:rPr>
          </w:pPr>
          <w:r>
            <w:rPr>
              <w:rFonts w:ascii="Georgia" w:hAnsi="Georgia"/>
              <w:i/>
              <w:color w:val="073B7A"/>
              <w:sz w:val="40"/>
              <w:szCs w:val="40"/>
            </w:rPr>
            <w:t xml:space="preserve">          </w:t>
          </w:r>
          <w:proofErr w:type="spellStart"/>
          <w:r w:rsidRPr="000B53C5">
            <w:rPr>
              <w:rFonts w:ascii="Georgia" w:hAnsi="Georgia"/>
              <w:i/>
              <w:color w:val="073B7A"/>
              <w:sz w:val="40"/>
              <w:szCs w:val="40"/>
            </w:rPr>
            <w:t>BierConvent</w:t>
          </w:r>
          <w:proofErr w:type="spellEnd"/>
          <w:r w:rsidRPr="000B53C5">
            <w:rPr>
              <w:rFonts w:ascii="Georgia" w:hAnsi="Georgia"/>
              <w:i/>
              <w:color w:val="073B7A"/>
              <w:sz w:val="40"/>
              <w:szCs w:val="40"/>
            </w:rPr>
            <w:t xml:space="preserve"> International </w:t>
          </w:r>
          <w:proofErr w:type="spellStart"/>
          <w:r w:rsidRPr="000B53C5">
            <w:rPr>
              <w:rFonts w:ascii="Georgia" w:hAnsi="Georgia"/>
              <w:i/>
              <w:color w:val="073B7A"/>
              <w:sz w:val="40"/>
              <w:szCs w:val="40"/>
            </w:rPr>
            <w:t>e.V.</w:t>
          </w:r>
          <w:proofErr w:type="spellEnd"/>
        </w:p>
      </w:tc>
      <w:tc>
        <w:tcPr>
          <w:tcW w:w="1814" w:type="dxa"/>
          <w:tcBorders>
            <w:bottom w:val="single" w:sz="10" w:space="0" w:color="B99A43"/>
          </w:tcBorders>
        </w:tcPr>
        <w:p w14:paraId="64A3F094" w14:textId="77777777" w:rsidR="00B85CBE" w:rsidRDefault="00B85CBE" w:rsidP="00B85CBE">
          <w:pPr>
            <w:spacing w:after="0"/>
            <w:jc w:val="right"/>
            <w:rPr>
              <w:b/>
              <w:color w:val="073B7A"/>
              <w:sz w:val="18"/>
            </w:rPr>
          </w:pPr>
        </w:p>
        <w:p w14:paraId="005149BE" w14:textId="42D05AE1" w:rsidR="00B85CBE" w:rsidRDefault="00B85CBE" w:rsidP="00B85CBE">
          <w:pPr>
            <w:spacing w:after="0"/>
            <w:jc w:val="right"/>
            <w:rPr>
              <w:b/>
              <w:color w:val="073B7A"/>
              <w:sz w:val="18"/>
            </w:rPr>
          </w:pPr>
          <w:proofErr w:type="spellStart"/>
          <w:r>
            <w:rPr>
              <w:b/>
              <w:color w:val="073B7A"/>
              <w:sz w:val="18"/>
            </w:rPr>
            <w:t>BCI</w:t>
          </w:r>
          <w:proofErr w:type="spellEnd"/>
          <w:r>
            <w:rPr>
              <w:b/>
              <w:color w:val="073B7A"/>
              <w:sz w:val="18"/>
            </w:rPr>
            <w:t>-IV-0</w:t>
          </w:r>
          <w:r>
            <w:rPr>
              <w:b/>
              <w:color w:val="073B7A"/>
              <w:sz w:val="18"/>
            </w:rPr>
            <w:t>3</w:t>
          </w:r>
          <w:r>
            <w:rPr>
              <w:b/>
              <w:color w:val="073B7A"/>
              <w:sz w:val="18"/>
            </w:rPr>
            <w:t xml:space="preserve"> </w:t>
          </w:r>
        </w:p>
        <w:p w14:paraId="12C8A94D" w14:textId="4986A7AF" w:rsidR="00B85CBE" w:rsidRDefault="00B85CBE" w:rsidP="00B85CBE">
          <w:pPr>
            <w:spacing w:after="0"/>
            <w:jc w:val="right"/>
          </w:pPr>
          <w:r>
            <w:rPr>
              <w:sz w:val="15"/>
            </w:rPr>
            <w:br/>
          </w:r>
        </w:p>
      </w:tc>
      <w:tc>
        <w:tcPr>
          <w:tcW w:w="1814" w:type="dxa"/>
          <w:tcBorders>
            <w:bottom w:val="single" w:sz="10" w:space="0" w:color="B99A43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419AFF0" w14:textId="2C9A3CB8" w:rsidR="00B85CBE" w:rsidRDefault="00B85CBE" w:rsidP="00B85CBE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34182ABF" wp14:editId="1E2CBB4E">
                <wp:extent cx="612000" cy="616451"/>
                <wp:effectExtent l="0" t="0" r="0" b="0"/>
                <wp:docPr id="1" name="Picture 1" descr="Logo BierConvent International e.V." title="BierConvent International e.V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ci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00" cy="616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47" w:type="dxa"/>
          <w:tcBorders>
            <w:bottom w:val="single" w:sz="10" w:space="0" w:color="B99A43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87F4276" w14:textId="52460FC8" w:rsidR="00B85CBE" w:rsidRDefault="00B85CBE" w:rsidP="00B85CBE">
          <w:pPr>
            <w:spacing w:after="0"/>
            <w:jc w:val="right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00F3B" w14:textId="77777777" w:rsidR="00A5466E" w:rsidRDefault="00A5466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47030173">
    <w:abstractNumId w:val="8"/>
  </w:num>
  <w:num w:numId="2" w16cid:durableId="1777172321">
    <w:abstractNumId w:val="6"/>
  </w:num>
  <w:num w:numId="3" w16cid:durableId="282925919">
    <w:abstractNumId w:val="5"/>
  </w:num>
  <w:num w:numId="4" w16cid:durableId="191848663">
    <w:abstractNumId w:val="4"/>
  </w:num>
  <w:num w:numId="5" w16cid:durableId="915825564">
    <w:abstractNumId w:val="7"/>
  </w:num>
  <w:num w:numId="6" w16cid:durableId="703409551">
    <w:abstractNumId w:val="3"/>
  </w:num>
  <w:num w:numId="7" w16cid:durableId="1749813722">
    <w:abstractNumId w:val="2"/>
  </w:num>
  <w:num w:numId="8" w16cid:durableId="1484814813">
    <w:abstractNumId w:val="1"/>
  </w:num>
  <w:num w:numId="9" w16cid:durableId="791442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B53C5"/>
    <w:rsid w:val="00120904"/>
    <w:rsid w:val="0015074B"/>
    <w:rsid w:val="001A319C"/>
    <w:rsid w:val="001F7D21"/>
    <w:rsid w:val="00217C72"/>
    <w:rsid w:val="0029639D"/>
    <w:rsid w:val="00326F90"/>
    <w:rsid w:val="003D402C"/>
    <w:rsid w:val="003F18A9"/>
    <w:rsid w:val="004750D1"/>
    <w:rsid w:val="00496FBD"/>
    <w:rsid w:val="004A2A42"/>
    <w:rsid w:val="004F2673"/>
    <w:rsid w:val="00511C4C"/>
    <w:rsid w:val="00521A3F"/>
    <w:rsid w:val="005B3A28"/>
    <w:rsid w:val="005B6020"/>
    <w:rsid w:val="005E4F2F"/>
    <w:rsid w:val="005E4F9F"/>
    <w:rsid w:val="0067491D"/>
    <w:rsid w:val="006A07DE"/>
    <w:rsid w:val="006B1738"/>
    <w:rsid w:val="00721FF8"/>
    <w:rsid w:val="00770A3A"/>
    <w:rsid w:val="0079775E"/>
    <w:rsid w:val="007D0E8C"/>
    <w:rsid w:val="00823381"/>
    <w:rsid w:val="008537F1"/>
    <w:rsid w:val="008B6036"/>
    <w:rsid w:val="008E358A"/>
    <w:rsid w:val="00A1179E"/>
    <w:rsid w:val="00A5466E"/>
    <w:rsid w:val="00AA1D8D"/>
    <w:rsid w:val="00AF0502"/>
    <w:rsid w:val="00B235FA"/>
    <w:rsid w:val="00B47730"/>
    <w:rsid w:val="00B85CBE"/>
    <w:rsid w:val="00B902EE"/>
    <w:rsid w:val="00C23F67"/>
    <w:rsid w:val="00C5027E"/>
    <w:rsid w:val="00CB0664"/>
    <w:rsid w:val="00CD2214"/>
    <w:rsid w:val="00D27148"/>
    <w:rsid w:val="00D427DA"/>
    <w:rsid w:val="00D61870"/>
    <w:rsid w:val="00DA15A9"/>
    <w:rsid w:val="00DB0F68"/>
    <w:rsid w:val="00E44D5F"/>
    <w:rsid w:val="00F374E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547C1D"/>
  <w14:defaultImageDpi w14:val="300"/>
  <w15:docId w15:val="{E73A8603-18E1-7F4C-827A-9662858B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20" w:line="269" w:lineRule="auto"/>
    </w:pPr>
    <w:rPr>
      <w:rFonts w:ascii="Arial" w:eastAsia="Arial" w:hAnsi="Arial"/>
      <w:color w:val="171717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260" w:after="100"/>
      <w:outlineLvl w:val="0"/>
    </w:pPr>
    <w:rPr>
      <w:rFonts w:asciiTheme="majorHAnsi" w:eastAsiaTheme="majorEastAsia" w:hAnsiTheme="majorHAnsi" w:cstheme="majorBidi"/>
      <w:b/>
      <w:bCs/>
      <w:color w:val="073B7A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0C4A91"/>
      <w:sz w:val="23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073B7A"/>
      <w:spacing w:val="5"/>
      <w:kern w:val="28"/>
      <w:sz w:val="4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keepNext/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555555"/>
      <w:spacing w:val="15"/>
      <w:sz w:val="21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Fragen an das Präsidium zur Austausch- und Informationsveranstaltung</dc:title>
  <dc:subject>Formular zur Vorabeinreichung von Fragen</dc:subject>
  <dc:creator>BierConvent International e.V.</dc:creator>
  <cp:keywords>BCI, Generalversammlung, Corporate Design</cp:keywords>
  <dc:description>generated by python-docx</dc:description>
  <cp:lastModifiedBy>Heidi Bollin</cp:lastModifiedBy>
  <cp:revision>2</cp:revision>
  <dcterms:created xsi:type="dcterms:W3CDTF">2026-09-02T08:19:00Z</dcterms:created>
  <dcterms:modified xsi:type="dcterms:W3CDTF">2026-09-02T08:19:00Z</dcterms:modified>
  <cp:category/>
</cp:coreProperties>
</file>