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BF8F1"/>
  <w:body>
    <w:p w14:paraId="195EBF5C" w14:textId="77777777" w:rsidR="00142D06" w:rsidRDefault="00142D06">
      <w:pPr>
        <w:spacing w:after="80"/>
        <w:rPr>
          <w:lang w:val="de-DE"/>
        </w:rPr>
      </w:pPr>
      <w:r>
        <w:rPr>
          <w:b/>
          <w:color w:val="9A7B2F"/>
          <w:sz w:val="19"/>
          <w:lang w:val="de-DE"/>
        </w:rPr>
        <w:t>PROGRAMM</w:t>
      </w:r>
    </w:p>
    <w:p w14:paraId="6FE58D2E" w14:textId="77777777" w:rsidR="00142D06" w:rsidRPr="00AF7A6F" w:rsidRDefault="006A6ADD">
      <w:pPr>
        <w:spacing w:after="40"/>
        <w:rPr>
          <w:lang w:val="de-DE"/>
        </w:rPr>
      </w:pPr>
      <w:r>
        <w:rPr>
          <w:b/>
          <w:color w:val="0B4A88"/>
          <w:sz w:val="42"/>
          <w:lang w:val="de-DE"/>
        </w:rPr>
        <w:t>Online-Informations- und Austauschtreffen</w:t>
      </w:r>
    </w:p>
    <w:p w14:paraId="54662076" w14:textId="77777777" w:rsidR="00142D06" w:rsidRPr="00AF7A6F" w:rsidRDefault="007A64BC">
      <w:pPr>
        <w:spacing w:after="200"/>
        <w:rPr>
          <w:i/>
          <w:iCs/>
          <w:color w:val="555555"/>
          <w:sz w:val="21"/>
          <w:lang w:val="de-DE"/>
        </w:rPr>
      </w:pPr>
      <w:r>
        <w:rPr>
          <w:i/>
          <w:iCs/>
          <w:color w:val="555555"/>
          <w:sz w:val="21"/>
          <w:lang w:val="de-DE"/>
        </w:rPr>
        <w:t>Bei dieser Veranstaltung handelt es sich nicht um eine Generalversammlung. Es werden keine rechtsverbindlichen Beschlüsse gefasst und keine Wahlen durchgeführt.</w:t>
      </w:r>
    </w:p>
    <w:p w14:paraId="070ABBC2" w14:textId="77777777" w:rsidR="00142D06" w:rsidRPr="00A30414" w:rsidRDefault="00142D06">
      <w:pPr>
        <w:pBdr>
          <w:bottom w:val="single" w:sz="9" w:space="1" w:color="B99A43"/>
        </w:pBdr>
        <w:spacing w:after="140"/>
        <w:rPr>
          <w:lang w:val="de-DE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66"/>
      </w:tblGrid>
      <w:tr w:rsidR="00142D06" w:rsidRPr="00A30414" w14:paraId="2BB58F25" w14:textId="77777777">
        <w:trPr>
          <w:cantSplit/>
          <w:jc w:val="center"/>
        </w:trPr>
        <w:tc>
          <w:tcPr>
            <w:tcW w:w="9866" w:type="dxa"/>
            <w:tcBorders>
              <w:top w:val="single" w:sz="6" w:space="0" w:color="D8C9A8"/>
              <w:left w:val="single" w:sz="6" w:space="0" w:color="D8C9A8"/>
              <w:bottom w:val="single" w:sz="6" w:space="0" w:color="D8C9A8"/>
              <w:right w:val="single" w:sz="6" w:space="0" w:color="D8C9A8"/>
            </w:tcBorders>
            <w:shd w:val="clear" w:color="auto" w:fill="FFFDF9"/>
            <w:tcMar>
              <w:top w:w="130" w:type="dxa"/>
              <w:left w:w="180" w:type="dxa"/>
              <w:bottom w:w="120" w:type="dxa"/>
              <w:right w:w="180" w:type="dxa"/>
            </w:tcMar>
          </w:tcPr>
          <w:p w14:paraId="41D1B1F5" w14:textId="77777777" w:rsidR="00142D06" w:rsidRPr="00AF7A6F" w:rsidRDefault="00FB64D9">
            <w:pPr>
              <w:spacing w:after="80"/>
              <w:rPr>
                <w:lang w:val="de-DE"/>
              </w:rPr>
            </w:pPr>
            <w:r>
              <w:rPr>
                <w:b/>
                <w:color w:val="073B7A"/>
                <w:sz w:val="22"/>
                <w:lang w:val="de-DE"/>
              </w:rPr>
              <w:t>Sitzungsdetails</w:t>
            </w:r>
          </w:p>
          <w:p w14:paraId="24A4CB7D" w14:textId="40AD8E53" w:rsidR="00142D06" w:rsidRPr="007A64BC" w:rsidRDefault="001E2AE7">
            <w:pPr>
              <w:spacing w:after="20"/>
              <w:rPr>
                <w:lang w:val="de-DE"/>
              </w:rPr>
            </w:pPr>
            <w:r>
              <w:rPr>
                <w:b/>
                <w:color w:val="8D7440"/>
                <w:lang w:val="de-DE"/>
              </w:rPr>
              <w:t>Datum: SAMSTAG, 03. OKTOBER 2026</w:t>
            </w:r>
          </w:p>
          <w:p w14:paraId="611F38D3" w14:textId="117987BB" w:rsidR="00142D06" w:rsidRPr="007A64BC" w:rsidRDefault="00FB64D9">
            <w:pPr>
              <w:spacing w:after="20"/>
              <w:rPr>
                <w:lang w:val="de-DE"/>
              </w:rPr>
            </w:pPr>
            <w:r>
              <w:rPr>
                <w:b/>
                <w:color w:val="8D7440"/>
                <w:lang w:val="de-DE"/>
              </w:rPr>
              <w:t>Uhrzeit: 10:00 UHR (MESZ) · 17:00 UHR (JST, JAPAN)</w:t>
            </w:r>
          </w:p>
          <w:p w14:paraId="05D3DC42" w14:textId="2ED85D4B" w:rsidR="00142D06" w:rsidRPr="007A64BC" w:rsidRDefault="005031AF">
            <w:pPr>
              <w:spacing w:after="20"/>
              <w:rPr>
                <w:lang w:val="de-DE"/>
              </w:rPr>
            </w:pPr>
            <w:r>
              <w:rPr>
                <w:b/>
                <w:color w:val="8D7440"/>
                <w:lang w:val="de-DE"/>
              </w:rPr>
              <w:t>Ort: ONLINE, LINK WIRD SEPARAT VERSENDET</w:t>
            </w:r>
          </w:p>
        </w:tc>
      </w:tr>
    </w:tbl>
    <w:p w14:paraId="6F4136A3" w14:textId="77777777" w:rsidR="00142D06" w:rsidRPr="007A64BC" w:rsidRDefault="00142D06">
      <w:pPr>
        <w:spacing w:after="0"/>
        <w:rPr>
          <w:lang w:val="de-DE"/>
        </w:rPr>
      </w:pPr>
    </w:p>
    <w:p w14:paraId="33D9EDE5" w14:textId="77777777" w:rsidR="00142D06" w:rsidRDefault="005031AF">
      <w:pPr>
        <w:pStyle w:val="berschrift1"/>
      </w:pPr>
      <w:r>
        <w:t>Programmablauf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4"/>
        <w:gridCol w:w="6719"/>
        <w:gridCol w:w="2352"/>
      </w:tblGrid>
      <w:tr w:rsidR="00142D06" w14:paraId="2A9086E0" w14:textId="77777777" w:rsidTr="00045E49">
        <w:trPr>
          <w:cantSplit/>
          <w:tblHeader/>
          <w:jc w:val="center"/>
        </w:trPr>
        <w:tc>
          <w:tcPr>
            <w:tcW w:w="794" w:type="dxa"/>
            <w:shd w:val="clear" w:color="auto" w:fill="073B7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A884C92" w14:textId="77777777" w:rsidR="00142D06" w:rsidRDefault="005031AF">
            <w:pPr>
              <w:spacing w:after="0"/>
            </w:pPr>
            <w:r>
              <w:rPr>
                <w:b/>
                <w:color w:val="FFFFFF"/>
              </w:rPr>
              <w:t>Nr.</w:t>
            </w:r>
          </w:p>
        </w:tc>
        <w:tc>
          <w:tcPr>
            <w:tcW w:w="6719" w:type="dxa"/>
            <w:shd w:val="clear" w:color="auto" w:fill="073B7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9EE69D5" w14:textId="77777777" w:rsidR="00142D06" w:rsidRDefault="005031AF">
            <w:pPr>
              <w:spacing w:after="0"/>
            </w:pPr>
            <w:r>
              <w:rPr>
                <w:b/>
                <w:color w:val="FFFFFF"/>
              </w:rPr>
              <w:t>Programmpunkt</w:t>
            </w:r>
          </w:p>
        </w:tc>
        <w:tc>
          <w:tcPr>
            <w:tcW w:w="2352" w:type="dxa"/>
            <w:shd w:val="clear" w:color="auto" w:fill="073B7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5F06B0" w14:textId="77777777" w:rsidR="00142D06" w:rsidRDefault="005031AF">
            <w:pPr>
              <w:spacing w:after="0"/>
            </w:pPr>
            <w:r>
              <w:rPr>
                <w:b/>
                <w:color w:val="FFFFFF"/>
              </w:rPr>
              <w:t>Zeit/Notizen</w:t>
            </w:r>
          </w:p>
        </w:tc>
      </w:tr>
      <w:tr w:rsidR="00142D06" w14:paraId="3D173B5F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592F94C" w14:textId="77777777" w:rsidR="00142D06" w:rsidRDefault="001E2AE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2729BBE" w14:textId="77777777" w:rsidR="00142D06" w:rsidRDefault="00F6032D">
            <w:r>
              <w:t>Begrüßung durch die Präsidentin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1CDBEA3" w14:textId="34892D6E" w:rsidR="00142D06" w:rsidRDefault="001E2AE7">
            <w:r>
              <w:rPr>
                <w:color w:val="073B7A"/>
                <w:shd w:val="clear" w:color="auto" w:fill="F1E8D5"/>
              </w:rPr>
              <w:t>⟦10:00 – 10:05⟧</w:t>
            </w:r>
          </w:p>
        </w:tc>
      </w:tr>
      <w:tr w:rsidR="00142D06" w14:paraId="3CD44E0C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4D8247" w14:textId="77777777" w:rsidR="00142D06" w:rsidRDefault="001E2AE7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B8BC4AC" w14:textId="77777777" w:rsidR="00142D06" w:rsidRPr="00AF7A6F" w:rsidRDefault="00F6032D">
            <w:pPr>
              <w:rPr>
                <w:lang w:val="de-DE"/>
              </w:rPr>
            </w:pPr>
            <w:r>
              <w:rPr>
                <w:lang w:val="de-DE"/>
              </w:rPr>
              <w:t>Zweck und Rahmen der Veranstaltung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C04BD05" w14:textId="58A9719D" w:rsidR="00142D06" w:rsidRDefault="001E2AE7">
            <w:r>
              <w:rPr>
                <w:color w:val="073B7A"/>
                <w:shd w:val="clear" w:color="auto" w:fill="F1E8D5"/>
              </w:rPr>
              <w:t>⟦10:05 – 10:10⟧</w:t>
            </w:r>
          </w:p>
        </w:tc>
      </w:tr>
      <w:tr w:rsidR="00142D06" w14:paraId="08F031F2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7C2E50C" w14:textId="77777777" w:rsidR="00142D06" w:rsidRDefault="001E2AE7">
            <w:pPr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AD9CA29" w14:textId="77777777" w:rsidR="00142D06" w:rsidRPr="00AF7A6F" w:rsidRDefault="002928A1">
            <w:pPr>
              <w:rPr>
                <w:lang w:val="de-DE"/>
              </w:rPr>
            </w:pPr>
            <w:r>
              <w:rPr>
                <w:lang w:val="de-DE"/>
              </w:rPr>
              <w:t>Aktuelle Informationen aus dem Präsidium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02D67B4" w14:textId="597C1AEE" w:rsidR="00142D06" w:rsidRDefault="001E2AE7">
            <w:r>
              <w:rPr>
                <w:color w:val="073B7A"/>
                <w:shd w:val="clear" w:color="auto" w:fill="F1E8D5"/>
              </w:rPr>
              <w:t>⟦10:10 – 10:25⟧</w:t>
            </w:r>
          </w:p>
        </w:tc>
      </w:tr>
      <w:tr w:rsidR="00142D06" w14:paraId="4356F85B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1B8C452" w14:textId="77777777" w:rsidR="00142D06" w:rsidRDefault="001E2AE7">
            <w:pPr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8502222" w14:textId="77777777" w:rsidR="00142D06" w:rsidRPr="00AF7A6F" w:rsidRDefault="002928A1">
            <w:pPr>
              <w:rPr>
                <w:lang w:val="de-DE"/>
              </w:rPr>
            </w:pPr>
            <w:r>
              <w:rPr>
                <w:lang w:val="de-DE"/>
              </w:rPr>
              <w:t>Bericht zur Vereinsentwicklung</w:t>
            </w:r>
            <w:r>
              <w:rPr>
                <w:lang w:val="de-DE"/>
              </w:rPr>
              <w:br/>
              <w:t>und Mitgliederbetreuung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53A2981" w14:textId="45790579" w:rsidR="00142D06" w:rsidRDefault="001E2AE7">
            <w:r>
              <w:rPr>
                <w:color w:val="073B7A"/>
                <w:shd w:val="clear" w:color="auto" w:fill="F1E8D5"/>
              </w:rPr>
              <w:t>⟦10:25 – 10:40⟧</w:t>
            </w:r>
          </w:p>
        </w:tc>
      </w:tr>
      <w:tr w:rsidR="00142D06" w14:paraId="6085BF0A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828143" w14:textId="77777777" w:rsidR="00142D06" w:rsidRDefault="001E2AE7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A5EF1B" w14:textId="29759DA0" w:rsidR="00142D06" w:rsidRPr="00AF7A6F" w:rsidRDefault="00A30414">
            <w:pPr>
              <w:rPr>
                <w:lang w:val="de-DE"/>
              </w:rPr>
            </w:pPr>
            <w:proofErr w:type="spellStart"/>
            <w:r>
              <w:t>Informationen</w:t>
            </w:r>
            <w:proofErr w:type="spellEnd"/>
            <w:r>
              <w:t xml:space="preserve"> </w:t>
            </w:r>
            <w:proofErr w:type="spellStart"/>
            <w:r>
              <w:t>zum</w:t>
            </w:r>
            <w:proofErr w:type="spellEnd"/>
            <w:r>
              <w:t xml:space="preserve"> </w:t>
            </w:r>
            <w:proofErr w:type="spellStart"/>
            <w:r>
              <w:t>Kontostand</w:t>
            </w:r>
            <w:proofErr w:type="spellEnd"/>
            <w:r>
              <w:t xml:space="preserve"> und </w:t>
            </w:r>
            <w:proofErr w:type="spellStart"/>
            <w:r>
              <w:t>Bericht</w:t>
            </w:r>
            <w:proofErr w:type="spellEnd"/>
            <w:r>
              <w:t xml:space="preserve"> des </w:t>
            </w:r>
            <w:proofErr w:type="spellStart"/>
            <w:r>
              <w:t>Schatzmeisters</w:t>
            </w:r>
            <w:proofErr w:type="spellEnd"/>
            <w:r>
              <w:t xml:space="preserve"> </w:t>
            </w:r>
            <w:r w:rsidR="00C85005">
              <w:rPr>
                <w:lang w:val="de-DE"/>
              </w:rPr>
              <w:t>–</w:t>
            </w:r>
            <w:r w:rsidR="00C85005">
              <w:rPr>
                <w:lang w:val="de-DE"/>
              </w:rPr>
              <w:br/>
              <w:t>ausdrücklich ohne Genehmigung oder Beschluss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7D2E41C" w14:textId="5CB11BE2" w:rsidR="00142D06" w:rsidRDefault="001E2AE7">
            <w:r>
              <w:rPr>
                <w:color w:val="073B7A"/>
                <w:shd w:val="clear" w:color="auto" w:fill="F1E8D5"/>
              </w:rPr>
              <w:t>⟦10:40 – 10:55⟧</w:t>
            </w:r>
          </w:p>
        </w:tc>
      </w:tr>
      <w:tr w:rsidR="00142D06" w14:paraId="302F3BCA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5FEDDAB" w14:textId="77777777" w:rsidR="00142D06" w:rsidRDefault="001E2AE7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8AA657" w14:textId="77777777" w:rsidR="00142D06" w:rsidRPr="00AF7A6F" w:rsidRDefault="00C85005">
            <w:pPr>
              <w:rPr>
                <w:lang w:val="de-DE"/>
              </w:rPr>
            </w:pPr>
            <w:r>
              <w:rPr>
                <w:lang w:val="de-DE"/>
              </w:rPr>
              <w:t>Informationen aus den Chaptern und Ländern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B1C1A70" w14:textId="2D4E168D" w:rsidR="00142D06" w:rsidRDefault="001E2AE7">
            <w:r>
              <w:rPr>
                <w:color w:val="073B7A"/>
                <w:shd w:val="clear" w:color="auto" w:fill="F1E8D5"/>
              </w:rPr>
              <w:t>⟦10:55 – 11:10⟧</w:t>
            </w:r>
          </w:p>
        </w:tc>
      </w:tr>
      <w:tr w:rsidR="00142D06" w14:paraId="78EB8777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158D06" w14:textId="77777777" w:rsidR="00142D06" w:rsidRDefault="001E2AE7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8CFF473" w14:textId="77777777" w:rsidR="00142D06" w:rsidRPr="00AF7A6F" w:rsidRDefault="00C85005">
            <w:pPr>
              <w:rPr>
                <w:lang w:val="de-DE"/>
              </w:rPr>
            </w:pPr>
            <w:r>
              <w:rPr>
                <w:lang w:val="de-DE"/>
              </w:rPr>
              <w:t>Stand des schriftlichen Mitgliederbeschlusses</w:t>
            </w:r>
            <w:r>
              <w:rPr>
                <w:lang w:val="de-DE"/>
              </w:rPr>
              <w:br/>
              <w:t>zu künftigen virtuellen Generalversammlungen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CE1AE60" w14:textId="4FFFA9D6" w:rsidR="00142D06" w:rsidRPr="008B6665" w:rsidRDefault="001E2AE7">
            <w:pPr>
              <w:rPr>
                <w:szCs w:val="20"/>
              </w:rPr>
            </w:pPr>
            <w:r>
              <w:rPr>
                <w:color w:val="073B7A"/>
                <w:szCs w:val="20"/>
                <w:shd w:val="clear" w:color="auto" w:fill="F1E8D5"/>
              </w:rPr>
              <w:t>⟦11:10 – 11:20⟧</w:t>
            </w:r>
          </w:p>
        </w:tc>
      </w:tr>
      <w:tr w:rsidR="00142D06" w14:paraId="0866EA14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EB8E453" w14:textId="77777777" w:rsidR="00142D06" w:rsidRDefault="001E2AE7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61C4D59" w14:textId="01072B64" w:rsidR="00142D06" w:rsidRPr="00AF7A6F" w:rsidRDefault="00C85005">
            <w:pPr>
              <w:rPr>
                <w:lang w:val="de-DE"/>
              </w:rPr>
            </w:pPr>
            <w:r>
              <w:rPr>
                <w:lang w:val="de-DE"/>
              </w:rPr>
              <w:t>Stand der geplanten Ehrenmitgliedschaften</w:t>
            </w:r>
            <w:r>
              <w:rPr>
                <w:lang w:val="de-DE"/>
              </w:rPr>
              <w:br/>
              <w:t>von Herrn Heinrich Auwärter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6D01949" w14:textId="2655ECE8" w:rsidR="00142D06" w:rsidRPr="008B6665" w:rsidRDefault="001E2AE7">
            <w:pPr>
              <w:rPr>
                <w:szCs w:val="20"/>
              </w:rPr>
            </w:pPr>
            <w:r>
              <w:rPr>
                <w:color w:val="073B7A"/>
                <w:szCs w:val="20"/>
                <w:shd w:val="clear" w:color="auto" w:fill="F1E8D5"/>
              </w:rPr>
              <w:t>⟦11:20 – 11:30⟧</w:t>
            </w:r>
          </w:p>
        </w:tc>
      </w:tr>
      <w:tr w:rsidR="00142D06" w14:paraId="4D86FAA6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F2EAB99" w14:textId="77777777" w:rsidR="00142D06" w:rsidRDefault="001E2AE7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C79FE78" w14:textId="77777777" w:rsidR="00142D06" w:rsidRPr="00AF7A6F" w:rsidRDefault="00C85005">
            <w:pPr>
              <w:rPr>
                <w:lang w:val="de-DE"/>
              </w:rPr>
            </w:pPr>
            <w:r>
              <w:rPr>
                <w:lang w:val="de-DE"/>
              </w:rPr>
              <w:t>Ausblick auf die nächste ordentliche Generalversammlung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F244565" w14:textId="1D4BC5C9" w:rsidR="00142D06" w:rsidRDefault="001E2AE7">
            <w:r>
              <w:rPr>
                <w:color w:val="073B7A"/>
                <w:shd w:val="clear" w:color="auto" w:fill="F1E8D5"/>
              </w:rPr>
              <w:t>⟦11:30 – 11:40⟧</w:t>
            </w:r>
          </w:p>
        </w:tc>
      </w:tr>
      <w:tr w:rsidR="00142D06" w14:paraId="70B411BD" w14:textId="77777777" w:rsidTr="00045E49">
        <w:trPr>
          <w:cantSplit/>
          <w:jc w:val="center"/>
        </w:trPr>
        <w:tc>
          <w:tcPr>
            <w:tcW w:w="794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E4A8CAB" w14:textId="77777777" w:rsidR="00142D06" w:rsidRDefault="001E2AE7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6719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D035836" w14:textId="77777777" w:rsidR="00142D06" w:rsidRPr="00AF7A6F" w:rsidRDefault="00C85005">
            <w:pPr>
              <w:rPr>
                <w:lang w:val="de-DE"/>
              </w:rPr>
            </w:pPr>
            <w:r>
              <w:rPr>
                <w:lang w:val="de-DE"/>
              </w:rPr>
              <w:t>Fragen, Anregungen, offener Austausch und Abschluss</w:t>
            </w:r>
          </w:p>
        </w:tc>
        <w:tc>
          <w:tcPr>
            <w:tcW w:w="2352" w:type="dxa"/>
            <w:tcBorders>
              <w:bottom w:val="single" w:sz="4" w:space="0" w:color="D9E2F2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245BCC29" w14:textId="3D2D119E" w:rsidR="00142D06" w:rsidRDefault="001E2AE7">
            <w:r>
              <w:rPr>
                <w:color w:val="073B7A"/>
                <w:shd w:val="clear" w:color="auto" w:fill="F1E8D5"/>
              </w:rPr>
              <w:t>⟦11:40 – ….⟧</w:t>
            </w:r>
          </w:p>
        </w:tc>
      </w:tr>
    </w:tbl>
    <w:p w14:paraId="47197F7D" w14:textId="77777777" w:rsidR="001E2AE7" w:rsidRDefault="001E2AE7"/>
    <w:sectPr w:rsidR="001E2AE7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1" w:right="1020" w:bottom="1247" w:left="1020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994A1" w14:textId="77777777" w:rsidR="001B5D82" w:rsidRDefault="001B5D82">
      <w:pPr>
        <w:spacing w:after="0" w:line="240" w:lineRule="auto"/>
      </w:pPr>
      <w:r>
        <w:separator/>
      </w:r>
    </w:p>
  </w:endnote>
  <w:endnote w:type="continuationSeparator" w:id="0">
    <w:p w14:paraId="23E6A0E3" w14:textId="77777777" w:rsidR="001B5D82" w:rsidRDefault="001B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73E2B" w14:textId="77777777" w:rsidR="00A30414" w:rsidRDefault="00A3041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87597" w14:textId="77777777" w:rsidR="00142D06" w:rsidRDefault="00142D06">
    <w:pPr>
      <w:pStyle w:val="Fuzeil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4649"/>
      <w:gridCol w:w="2948"/>
      <w:gridCol w:w="2268"/>
    </w:tblGrid>
    <w:tr w:rsidR="00142D06" w14:paraId="6FA1CA24" w14:textId="77777777">
      <w:tc>
        <w:tcPr>
          <w:tcW w:w="4649" w:type="dxa"/>
          <w:tcBorders>
            <w:top w:val="single" w:sz="6" w:space="0" w:color="CDBD98"/>
          </w:tcBorders>
          <w:tcMar>
            <w:top w:w="80" w:type="dxa"/>
            <w:left w:w="80" w:type="dxa"/>
            <w:bottom w:w="60" w:type="dxa"/>
            <w:right w:w="80" w:type="dxa"/>
          </w:tcMar>
        </w:tcPr>
        <w:p w14:paraId="1DC40B48" w14:textId="77777777" w:rsidR="00142D06" w:rsidRDefault="001E2AE7">
          <w:pPr>
            <w:spacing w:after="0"/>
          </w:pPr>
          <w:proofErr w:type="spellStart"/>
          <w:r>
            <w:rPr>
              <w:b/>
              <w:color w:val="073B7A"/>
              <w:sz w:val="15"/>
            </w:rPr>
            <w:t>BierConvent</w:t>
          </w:r>
          <w:proofErr w:type="spellEnd"/>
          <w:r>
            <w:rPr>
              <w:b/>
              <w:color w:val="073B7A"/>
              <w:sz w:val="15"/>
            </w:rPr>
            <w:t xml:space="preserve"> International </w:t>
          </w:r>
          <w:proofErr w:type="spellStart"/>
          <w:r>
            <w:rPr>
              <w:b/>
              <w:color w:val="073B7A"/>
              <w:sz w:val="15"/>
            </w:rPr>
            <w:t>e.V.</w:t>
          </w:r>
          <w:proofErr w:type="spellEnd"/>
        </w:p>
      </w:tc>
      <w:tc>
        <w:tcPr>
          <w:tcW w:w="2948" w:type="dxa"/>
          <w:tcBorders>
            <w:top w:val="single" w:sz="6" w:space="0" w:color="CDBD98"/>
          </w:tcBorders>
          <w:tcMar>
            <w:top w:w="80" w:type="dxa"/>
            <w:left w:w="80" w:type="dxa"/>
            <w:bottom w:w="60" w:type="dxa"/>
            <w:right w:w="80" w:type="dxa"/>
          </w:tcMar>
        </w:tcPr>
        <w:p w14:paraId="04F19284" w14:textId="25A8A7FF" w:rsidR="00142D06" w:rsidRDefault="007B1E2D">
          <w:pPr>
            <w:spacing w:after="0"/>
            <w:jc w:val="center"/>
          </w:pPr>
          <w:r>
            <w:rPr>
              <w:color w:val="073B7A"/>
              <w:sz w:val="15"/>
            </w:rPr>
            <w:t xml:space="preserve">Version: </w:t>
          </w:r>
          <w:r w:rsidR="00E37372">
            <w:rPr>
              <w:color w:val="073B7A"/>
              <w:sz w:val="15"/>
            </w:rPr>
            <w:t xml:space="preserve">September </w:t>
          </w:r>
          <w:r>
            <w:rPr>
              <w:color w:val="073B7A"/>
              <w:sz w:val="15"/>
            </w:rPr>
            <w:t>2026</w:t>
          </w:r>
        </w:p>
      </w:tc>
      <w:tc>
        <w:tcPr>
          <w:tcW w:w="2268" w:type="dxa"/>
          <w:tcBorders>
            <w:top w:val="single" w:sz="6" w:space="0" w:color="CDBD98"/>
          </w:tcBorders>
          <w:tcMar>
            <w:top w:w="80" w:type="dxa"/>
            <w:left w:w="80" w:type="dxa"/>
            <w:bottom w:w="60" w:type="dxa"/>
            <w:right w:w="80" w:type="dxa"/>
          </w:tcMar>
        </w:tcPr>
        <w:p w14:paraId="428E7EC3" w14:textId="77777777" w:rsidR="00142D06" w:rsidRDefault="007B1E2D">
          <w:pPr>
            <w:spacing w:after="0"/>
            <w:jc w:val="right"/>
          </w:pPr>
          <w:r>
            <w:rPr>
              <w:color w:val="073B7A"/>
              <w:sz w:val="15"/>
            </w:rPr>
            <w:t>Teil 1 von 1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8C48F" w14:textId="77777777" w:rsidR="00A30414" w:rsidRDefault="00A3041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3D93B" w14:textId="77777777" w:rsidR="001B5D82" w:rsidRDefault="001B5D82">
      <w:pPr>
        <w:spacing w:after="0" w:line="240" w:lineRule="auto"/>
      </w:pPr>
      <w:r>
        <w:separator/>
      </w:r>
    </w:p>
  </w:footnote>
  <w:footnote w:type="continuationSeparator" w:id="0">
    <w:p w14:paraId="3A869FC3" w14:textId="77777777" w:rsidR="001B5D82" w:rsidRDefault="001B5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9DD1" w14:textId="77777777" w:rsidR="001E2AE7" w:rsidRDefault="001E2AE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8A2F4" w14:textId="77777777" w:rsidR="00142D06" w:rsidRDefault="001E2AE7">
    <w:pPr>
      <w:pStyle w:val="Kopfzeile"/>
    </w:pPr>
    <w:r>
      <w:rPr>
        <w:noProof/>
      </w:rPr>
      <w:drawing>
        <wp:anchor distT="0" distB="0" distL="0" distR="0" simplePos="0" relativeHeight="251658240" behindDoc="1" locked="0" layoutInCell="1" allowOverlap="1" wp14:anchorId="2C357D69" wp14:editId="1B18E10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7455" cy="10688400"/>
          <wp:effectExtent l="0" t="0" r="0" b="508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oft_beige_a4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455" cy="1068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6803"/>
      <w:gridCol w:w="1814"/>
      <w:gridCol w:w="1247"/>
    </w:tblGrid>
    <w:tr w:rsidR="00142D06" w14:paraId="5CACA176" w14:textId="77777777">
      <w:trPr>
        <w:jc w:val="center"/>
      </w:trPr>
      <w:tc>
        <w:tcPr>
          <w:tcW w:w="6803" w:type="dxa"/>
          <w:tcBorders>
            <w:bottom w:val="single" w:sz="10" w:space="0" w:color="B99A43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3705891" w14:textId="77777777" w:rsidR="00142D06" w:rsidRPr="00E37372" w:rsidRDefault="001E2AE7">
          <w:pPr>
            <w:spacing w:after="20"/>
            <w:rPr>
              <w:sz w:val="36"/>
              <w:szCs w:val="36"/>
            </w:rPr>
          </w:pPr>
          <w:proofErr w:type="spellStart"/>
          <w:r w:rsidRPr="00E37372">
            <w:rPr>
              <w:rFonts w:ascii="Georgia" w:hAnsi="Georgia"/>
              <w:i/>
              <w:color w:val="073B7A"/>
              <w:sz w:val="36"/>
              <w:szCs w:val="36"/>
            </w:rPr>
            <w:t>BierConvent</w:t>
          </w:r>
          <w:proofErr w:type="spellEnd"/>
          <w:r w:rsidRPr="00E37372">
            <w:rPr>
              <w:rFonts w:ascii="Georgia" w:hAnsi="Georgia"/>
              <w:i/>
              <w:color w:val="073B7A"/>
              <w:sz w:val="36"/>
              <w:szCs w:val="36"/>
            </w:rPr>
            <w:t xml:space="preserve"> International </w:t>
          </w:r>
          <w:proofErr w:type="spellStart"/>
          <w:r w:rsidRPr="00E37372">
            <w:rPr>
              <w:rFonts w:ascii="Georgia" w:hAnsi="Georgia"/>
              <w:i/>
              <w:color w:val="073B7A"/>
              <w:sz w:val="36"/>
              <w:szCs w:val="36"/>
            </w:rPr>
            <w:t>e.V.</w:t>
          </w:r>
          <w:proofErr w:type="spellEnd"/>
        </w:p>
      </w:tc>
      <w:tc>
        <w:tcPr>
          <w:tcW w:w="1814" w:type="dxa"/>
          <w:tcBorders>
            <w:bottom w:val="single" w:sz="10" w:space="0" w:color="B99A43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1082772B" w14:textId="77777777" w:rsidR="00E37372" w:rsidRDefault="00E37372">
          <w:pPr>
            <w:spacing w:after="0"/>
            <w:jc w:val="right"/>
            <w:rPr>
              <w:b/>
              <w:color w:val="073B7A"/>
              <w:sz w:val="18"/>
            </w:rPr>
          </w:pPr>
        </w:p>
        <w:p w14:paraId="12C8E6F1" w14:textId="3C36C776" w:rsidR="00AF7A6F" w:rsidRDefault="001E2AE7">
          <w:pPr>
            <w:spacing w:after="0"/>
            <w:jc w:val="right"/>
            <w:rPr>
              <w:b/>
              <w:color w:val="073B7A"/>
              <w:sz w:val="18"/>
            </w:rPr>
          </w:pPr>
          <w:proofErr w:type="spellStart"/>
          <w:r>
            <w:rPr>
              <w:b/>
              <w:color w:val="073B7A"/>
              <w:sz w:val="18"/>
            </w:rPr>
            <w:t>BCI</w:t>
          </w:r>
          <w:proofErr w:type="spellEnd"/>
          <w:r>
            <w:rPr>
              <w:b/>
              <w:color w:val="073B7A"/>
              <w:sz w:val="18"/>
            </w:rPr>
            <w:t xml:space="preserve">-IV-02 </w:t>
          </w:r>
        </w:p>
        <w:p w14:paraId="58026002" w14:textId="31D9042F" w:rsidR="00142D06" w:rsidRDefault="001E2AE7">
          <w:pPr>
            <w:spacing w:after="0"/>
            <w:jc w:val="right"/>
          </w:pPr>
          <w:r>
            <w:rPr>
              <w:sz w:val="15"/>
            </w:rPr>
            <w:br/>
          </w:r>
        </w:p>
      </w:tc>
      <w:tc>
        <w:tcPr>
          <w:tcW w:w="1247" w:type="dxa"/>
          <w:tcBorders>
            <w:bottom w:val="single" w:sz="10" w:space="0" w:color="B99A43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E2A0271" w14:textId="66C50DA6" w:rsidR="00142D06" w:rsidRDefault="001E2AE7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247D0EF3" wp14:editId="6CB35877">
                <wp:extent cx="612000" cy="61645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ci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2000" cy="616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5E4B3" w14:textId="77777777" w:rsidR="001E2AE7" w:rsidRDefault="001E2AE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29654861">
    <w:abstractNumId w:val="8"/>
  </w:num>
  <w:num w:numId="2" w16cid:durableId="799960235">
    <w:abstractNumId w:val="6"/>
  </w:num>
  <w:num w:numId="3" w16cid:durableId="200286630">
    <w:abstractNumId w:val="5"/>
  </w:num>
  <w:num w:numId="4" w16cid:durableId="735318105">
    <w:abstractNumId w:val="4"/>
  </w:num>
  <w:num w:numId="5" w16cid:durableId="955913343">
    <w:abstractNumId w:val="7"/>
  </w:num>
  <w:num w:numId="6" w16cid:durableId="736316432">
    <w:abstractNumId w:val="3"/>
  </w:num>
  <w:num w:numId="7" w16cid:durableId="412821065">
    <w:abstractNumId w:val="2"/>
  </w:num>
  <w:num w:numId="8" w16cid:durableId="384912545">
    <w:abstractNumId w:val="1"/>
  </w:num>
  <w:num w:numId="9" w16cid:durableId="889537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5E49"/>
    <w:rsid w:val="0006063C"/>
    <w:rsid w:val="00082182"/>
    <w:rsid w:val="00142D06"/>
    <w:rsid w:val="0015074B"/>
    <w:rsid w:val="001B5D82"/>
    <w:rsid w:val="001E2AE7"/>
    <w:rsid w:val="002928A1"/>
    <w:rsid w:val="0029639D"/>
    <w:rsid w:val="00326F90"/>
    <w:rsid w:val="003904EA"/>
    <w:rsid w:val="003A5A5C"/>
    <w:rsid w:val="003D402C"/>
    <w:rsid w:val="003E28D2"/>
    <w:rsid w:val="004662D6"/>
    <w:rsid w:val="004D37C7"/>
    <w:rsid w:val="004F2673"/>
    <w:rsid w:val="005031AF"/>
    <w:rsid w:val="00572965"/>
    <w:rsid w:val="005A6890"/>
    <w:rsid w:val="005B3A28"/>
    <w:rsid w:val="005B461A"/>
    <w:rsid w:val="006A6ADD"/>
    <w:rsid w:val="006F7006"/>
    <w:rsid w:val="007A64BC"/>
    <w:rsid w:val="007B1E2D"/>
    <w:rsid w:val="008B6665"/>
    <w:rsid w:val="009160B2"/>
    <w:rsid w:val="009647DE"/>
    <w:rsid w:val="009B34D5"/>
    <w:rsid w:val="00A21679"/>
    <w:rsid w:val="00A30414"/>
    <w:rsid w:val="00AA1D8D"/>
    <w:rsid w:val="00AC3814"/>
    <w:rsid w:val="00AF7A6F"/>
    <w:rsid w:val="00B03BA7"/>
    <w:rsid w:val="00B47730"/>
    <w:rsid w:val="00B902EE"/>
    <w:rsid w:val="00B96745"/>
    <w:rsid w:val="00BF71B2"/>
    <w:rsid w:val="00C20CE2"/>
    <w:rsid w:val="00C85005"/>
    <w:rsid w:val="00CB0664"/>
    <w:rsid w:val="00CB24BC"/>
    <w:rsid w:val="00D409AB"/>
    <w:rsid w:val="00D427DA"/>
    <w:rsid w:val="00DD6388"/>
    <w:rsid w:val="00E1079D"/>
    <w:rsid w:val="00E37372"/>
    <w:rsid w:val="00EE555F"/>
    <w:rsid w:val="00F6032D"/>
    <w:rsid w:val="00F87ED9"/>
    <w:rsid w:val="00FB64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5F91A6"/>
  <w14:defaultImageDpi w14:val="300"/>
  <w15:docId w15:val="{E73A8603-18E1-7F4C-827A-9662858B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269" w:lineRule="auto"/>
    </w:pPr>
    <w:rPr>
      <w:rFonts w:ascii="Arial" w:eastAsia="Arial" w:hAnsi="Arial"/>
      <w:color w:val="171717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260" w:after="100"/>
      <w:outlineLvl w:val="0"/>
    </w:pPr>
    <w:rPr>
      <w:rFonts w:asciiTheme="majorHAnsi" w:eastAsiaTheme="majorEastAsia" w:hAnsiTheme="majorHAnsi" w:cstheme="majorBidi"/>
      <w:b/>
      <w:bCs/>
      <w:color w:val="073B7A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180" w:after="60"/>
      <w:outlineLvl w:val="1"/>
    </w:pPr>
    <w:rPr>
      <w:rFonts w:asciiTheme="majorHAnsi" w:eastAsiaTheme="majorEastAsia" w:hAnsiTheme="majorHAnsi" w:cstheme="majorBidi"/>
      <w:b/>
      <w:bCs/>
      <w:color w:val="0C4A91"/>
      <w:sz w:val="23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/>
      <w:contextualSpacing/>
    </w:pPr>
    <w:rPr>
      <w:rFonts w:asciiTheme="majorHAnsi" w:eastAsiaTheme="majorEastAsia" w:hAnsiTheme="majorHAnsi" w:cstheme="majorBidi"/>
      <w:b/>
      <w:color w:val="073B7A"/>
      <w:spacing w:val="5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keepNext/>
      <w:numPr>
        <w:ilvl w:val="1"/>
      </w:numPr>
      <w:spacing w:after="200"/>
    </w:pPr>
    <w:rPr>
      <w:rFonts w:asciiTheme="majorHAnsi" w:eastAsiaTheme="majorEastAsia" w:hAnsiTheme="majorHAnsi" w:cstheme="majorBidi"/>
      <w:i/>
      <w:iCs/>
      <w:color w:val="555555"/>
      <w:spacing w:val="15"/>
      <w:sz w:val="21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1014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Dokumentenserie Generalversammlung</dc:subject>
  <dc:creator>BierConvent International e.V.</dc:creator>
  <cp:keywords>BCI, Generalversammlung, Corporate Design</cp:keywords>
  <dc:description>generated by python-docx</dc:description>
  <cp:lastModifiedBy>Heidi Bollin</cp:lastModifiedBy>
  <cp:revision>2</cp:revision>
  <dcterms:created xsi:type="dcterms:W3CDTF">2026-09-04T08:57:00Z</dcterms:created>
  <dcterms:modified xsi:type="dcterms:W3CDTF">2026-09-04T08:57:00Z</dcterms:modified>
  <cp:category/>
</cp:coreProperties>
</file>